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 חורף והתבוננות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הרעיון המרכזי והמסר של כל סוגת טקסט באתר (מאמר הגות, שיר, סיפור, מכתב, יומן, 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המילון הקטן שבכל קטע ולהשתמש במילים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לשון ציורית (דימוי, מטאפורה, האנשה) בקטעי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ורפלקטיבית בעקבות דוגמאות מהאתר, מתוך כבוד לפרטיות ולרגשות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מאמרי הגות: החורף כהזמנה להאטה ולצמיחה פנימית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להאט ולהקשיב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לאדמה שאוספת כוח מתחת לפני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השורשים מתארכים בחושך ושותים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גחלים חמות מתחת לאפר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חזק, רועש ונוטה להגזים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מאמרי הגות: החורף כהזמנה להאטה ולצמיחה פנימית – מילים מהמילון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מאמרי הגות: החורף כהזמנה להאטה ולצמיחה פנימית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שהאטה היא זמן של אגירת כוח ולא חוסר מעש, בדומה לאדמה שאוספת כוח מתחת לפני השטח.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רוב הצמיחה מתרחשת בפנים, לפני שרואים אותה מבחוץ, וזה לוקח 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בהשראת הדוגמאות בקטע, למשל: 'זה היה קשה ועדיין ניסית.'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גם כשנדמה שאין כוח, נשאר בפנים חום קטן (גחלת) שאפשר להחיות בעדינות ובסבלנות.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סקרנות, סבלנות ואומץ.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שירה: תמונות של אור, צמיחה ושקט – היכרות עם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(גם בחורף משהו בפנים ממשיך להתחזק)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(גם בחושך יש בנו מקורות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(שקט רך שמאפשר לנשום ולהיות 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(שייכים לז'אנר שירה בדף הקטעים)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שירה: תמונות של אור, צמיחה ושקט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הצמיחה בשיר סמויה, ולא נראית מיד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השיר מתאר זיכרונות, קשרים ומילים טובות כמקורות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בשקט רך שעוזר לנשום ולחזור להיות רגועים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שירה: תמונות של אור, צמיחה ושקט – זיהוי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צמיחה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זיכרונות, קשרים ומילים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שירה: תמונות של אור, צמיחה ושקט – הבנת 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סיפורים קצרים: רגעים של גילוי עצמי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סערה וגשם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התיישב ליד החלון וכתב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שענפים ושתילים נפלו בסערה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השכנים בבניין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השתקפות והסתכלות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רגע של עצירה או שקט מוביל לגילוי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סיפורים קצרים: רגעים של גילוי עצמי – דמויות, אירועים ומסרים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(מגלה שקט ומחשבה כשאין 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(מתקנים יחד עם השכנים את הגינה אחרי הסערה)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(עוצרת ומסתכלת על עצמה מזווית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(מסמלים שלא הכול נהרס ואפשר להתחדש)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לכתוב מחשבות בלי מסכים)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סיפורים קצרים: רגעים של גילוי עצמי – מסר, השוואה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איתי מגלה שאפשר לקום ולהתחזק אחרי נזק, ושעזרה הדדית חשובה; עידו מגלה שאפשר ליהנות משקט ולהקשיב למחשבות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שלולית היא כמו מראה קטנה שמשקפת את הדמות ומאפשרת לה להסתכל על עצמה מזווית אחרת, כמו שהסיפור עוסק בהסתכלות פנימה.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קריטריונים: תיאור רגע אישי, חיבור לרעיון של עצירה או הסתכלות מחדש, שפה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אישית: מכתב ויומן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לראות את הדרך ולקבל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תשומת לב לרגעים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תשומת לב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אישית: מכתב ויומן – מאפייני הז'אנר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(מכתב לעצמי)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(מכתב לעצמי)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אישית: מכתב ויומן – השלמה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משל: מנוחה וכוח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לא רצה לפספס כלום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הינשוף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משל: מנוחה וכוח – עובדות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עם הזמן המזון אזל והוא הרגיש מותש.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משל: מנוחה וכוח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משל: מנוחה וכוח – דמויות וסדר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(הצעיר שסירב לישון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(הכינה מאורה חמימה וחיבקה את הדובון)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(הסביר שמנוחה איננה בזבוז)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(אסף אגוזים לקראת החורף)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סיכום: לשון ציורית וכתיבה יוצרת על המסע פנימה – מושגי יסוד בלשון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בעזרת מילת קישור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(נתינת תכונות של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ישירה,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(הרעיון או הלקח שסיפור או משל מלמדים)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(שימוש במילים כדי ליצור תמונה בדמיון הקורא)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לשון ציורית וכתיבה יוצרת על המסע פנימה – זיהוי לשון ציורית בקטעים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ציוץ ציפור בתוך רעש 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דימוי משתמש במילת השוואה כמו 'כמו', ומטאפורה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שם קטע ומנמק/ת בקצרה מתוך הרעיון של הקטע (לא רק 'אהבתי')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משולבת נכון במשפט חדש, לא רק מועתקת מהמילון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ניתנת דוגמה מדויקת מתוך אחד הקטעים עם הסבר קצר מה מושווה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שיעור אחד לכל פרק, או לפתוח כל שיעור במעגל בוקר קצר עם קטע אחד מתוך הפרק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בחנ״מ מומלץ להשתמש בגרסה הפשוטה של הקטעים ולצמצם את מספר שאלות הכתיבה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6 כדאי לתת לתלמידים לבחור קטע אהוב מהחוברת ככתיבה חופשית, כדי לחזק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לזכור להזכיר את ההערה העדינה של האתר: אין תשובות נכונות או לא נכונות על רגשות, ושיתוף תמיד מרצון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 חורף והתבוננות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על סיפורים ושירים קצרים על חורף ועל העולם הפנימי שלנו. בכל פרק עובדים על קטע אחר: קוראים, לומדים מילים, ועונים על שאלות. אפשר לעבוד לאט ולפי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דברים לאט יותר, לא למהר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שקורית בפנים ולא רואים אותה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הגות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חושב בקול רם על רעיון או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עם מוסר השכל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'כמו' או 'כאילו'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השוואה, כאילו שני דברים הם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דומם או לבעל חיים תכונות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המחשבות שאנחנו שומעים בתוך הראש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לקום ולהתחזק אחרי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פרטית על מה שקרה לנו ומה הרגשנו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מאמרי הגות: החורף כהזמנה להאטה ולצמיחה פנימית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כדאי לעשות בחורף,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להאט ולהקשיב לעצמנו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למהר יותר בכל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הרבה יותר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הקטע משווה את מה שקורה בתוכנו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לאדמה שאוספת כוח מתחת לפני השטח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לציפור שעפה דרומה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לשמש הקיצית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מתחת לפני הקרקע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השורשים מתארכים בחושך ושותים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הכול קפוא ואין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הפרחים פורחים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הצמחים מתים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נשאר אחרי שהאש כבתה?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גחלים חמות מתחת לאפר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הקול הביקורתי נשמע בתוכנו?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חזק, רועש ונוטה להגזים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 כמו ציוץ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טוב ועדין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שאינו קיים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מאמרי הגות: החורף כהזמנה להאטה ולצמיחה פנימית – מילים מהמילון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חלק של צמח ששומר מזון מתחת לאדמה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פרח אדום שפורח בחורף בארץ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האבקה האפורה שנשארת אחרי שריפה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שתמיד מחפש טעויות אצל אחרים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מאמרי הגות: החורף כהזמנה להאטה ולצמיחה פנימית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הכוונה במשפט 'האטה אינה עצלות' מתוך הקטע 'החורף לא ממהר'.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הקטע 'מתחת לאדמה', למה כדאי להיות סבלניים עם עצמנו?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שהקול המעודד (הקול השני) יכול לומר לכם אחרי כישלון 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את הדימוי של ה'גחלת' לימים שבהם אין לנו כוח או חשק.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הקטע 'מסע בלי מזוודה', אילו שלוש תכונות דרושות למסע אל עצמנו?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שירה: תמונות של אור, צמיחה ושקט – היכרות עם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שקט רך שמאפשר לנשום ולהיות 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שייכים לז'אנר שירה בדף הקטעים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גם בחושך יש בנו מקורות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שלושת השירים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גם בחורף משהו בפנים ממשיך להתחזק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שירה: תמונות של אור, צמיחה ושקט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'עץ בחורף' עוסק בצמיחה שרואים מיד מבחוץ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'פנס קטן' מדבר על מקורות אור פנימיים כמו זיכרונות וקשרים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'שקט' מתאר שקט שמפחיד ומבלבל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שירה: תמונות של אור, צמיחה ושקט – זיהוי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 השיר 'עץ בחורף'?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בלי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חום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קולות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נותן אור כשחשוך,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זיכרונות, קשרים ומילים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נרות דולקים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מקור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שירה: תמונות של אור, צמיחה ושקט – הבנת 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'עץ בחורף', גם בתקופת __________ משהו בתוכנו ממשיך להתחזק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השיר 'פנס קטן' מזכיר שגם ב__________ יש בנו מקורות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סיפורים קצרים: רגעים של גילוי עצמי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לא היה אינטרנט לעידו?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סערה וגשם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שכח לשלם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המחשב התקלקל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כיבה אותו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עשה עידו בלי 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התיישב ליד החלון וכתב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 לשחק בחוץ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התקשר לחברים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ראו איתי ורוני בבוקר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שהכול נראה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שענפים ושתילים נפלו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חשמל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עזר לתקן את הגינה?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השכנים בבניין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גנן מקצועי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מספר הסיפור 'שלולית'?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השתקפות והסתכלות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בשלושת הסיפורים?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עצירה או שקט מוביל לגילוי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קורים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בכולם יש תחרות בין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מסתיימים בעצב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סיפורים קצרים: רגעים של גילוי עצמי – דמויות, אירועים ומסרים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עוצרת ומסתכלת על עצמה מזווית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איתי ורוני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לכתוב מחשבות בלי מסכים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הדמות בסיפור 'שלולית'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מגלה שקט ומחשבה כשאין אינטרנט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השורשים באדמה ('אחרי הסערה')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מתקנים יחד עם השכנים את הגינה אחרי הסערה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המחברת של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מסמלים שלא הכול נהרס ואפשר להתחדש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סיפורים קצרים: רגעים של גילוי עצמי – מסר, השוואה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איתי (ב'אחרי הסערה') לעידו (ב'כשהאינטרנט נפל') - מה כל אחד מהם מגלה ברגע של שקט או משבר?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למה בחרה הכותבת לקרוא לסיפור 'שלולית'? הסבירו בהתייחס להשתקפות ולהסתכלות פנימה.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על רגע שבו עצרתם, שתקתם או הסתכלתם על משהו מזווית אחרת - וגיליתם בו משהו 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כתיבה אישית: מכתב ויומן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לנו מכתב לעצמנו?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את הדרך ולקבל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לשכוח את העבר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שיעורי בית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עוסק הקטע 'יומן של יום גשום'?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לרגעים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ספורט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לעוגת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לגלות רגעים טובים ביום גשום?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אישית: מכתב ויומן – מאפייני הז'אנר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פונה אל 'אני' שלנו בלשון אישית וחמה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נכתב בדרך כלל יום אחר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לעצמי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יכול לכלול עידוד וחיזוק לקראת העתיד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עוזר לשים לב לפרטים קטנים שקרו באותו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 לעצמי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אישית: מכתב ויומן – השלמה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מכתב לעצמנו עוזר לנו לקבל __________ ולזכור שאנחנו ממשיכים לצמוח.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משל: מנוחה וכוח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הדובון לא רצה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רצה לפספס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היה עייף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רב עם הדובה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דיבר עם הדובון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הדובה הזקנה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משל: מנוחה וכוח – עובדות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הדובה הזקנה הכינה מאורה עמוקה וחמימה לקראת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הדובון נהנה מהחורף לאורך כל הזמן בלי להתעייף.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משל: מנוחה וכוח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הסיפור אמר הדובון: "לישון כל החורף? איזה __________!"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הינשוף אמר לדובון: "מי שנח אוסף __________ לאביב."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משל: מנוחה וכוח – דמויות וסדר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הסביר שמנוחה איננה בזבוז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הדובה הזקנה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הצעיר שסירב לישון בהתחלה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הינשוף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אסף אגוזים לקראת החורף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הכינה מאורה חמימה וחיבקה את הדובון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סיכום: לשון ציורית וכתיבה יוצרת על המסע פנימה – מושגי יסוד בלשון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הרעיון או הלקח שסיפור או משל מלמדים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שימוש במילים כדי ליצור תמונה בדמיון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נתינת תכונות של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מוסר השכל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בעזרת מילת קישור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ציורית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ישירה, בלי מילת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לשון ציורית וכתיבה יוצרת על המסע פנימה – זיהוי לשון ציורית בקטעים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הגשם 'מתופף' כאילו הוא אדם שמנגן - איך קוראים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מילת 'כמו' שמשווה בין אדם למדורה - איזו לשון ציורית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מדמים את הקול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 של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ציוץ ציפור בתוך רעש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הפקעת נקראת 'מחסן' בלי מילת השוואה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דימוי למטאפורה?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 משתמש במילת השוואה כמו 'כמו', ומטאפורה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 מתאימה רק לשירים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משתמש תמיד בבעלי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קטעים מהאתר הכי דיברו אליי,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מהמילון הקטן למדתי, ואיך אשתמש בה במשפט משלי?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דוגמה אחת ללשון ציורית (דימוי, מטאפורה או האנשה) אני יכול/ה להסביר במילים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קטעי חורף והתבוננות 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